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861B0" w14:textId="77777777" w:rsidR="00526932" w:rsidRDefault="00493054">
      <w:r>
        <w:t>様式第</w:t>
      </w:r>
      <w:r>
        <w:t>5</w:t>
      </w:r>
      <w:r>
        <w:t>号</w:t>
      </w:r>
    </w:p>
    <w:p w14:paraId="482868EA" w14:textId="77777777" w:rsidR="00526932" w:rsidRDefault="00493054">
      <w:pPr>
        <w:jc w:val="center"/>
      </w:pPr>
      <w:r>
        <w:rPr>
          <w:b/>
          <w:sz w:val="32"/>
        </w:rPr>
        <w:t>財務状況資料提出書</w:t>
      </w:r>
    </w:p>
    <w:p w14:paraId="514DB9E4" w14:textId="77777777" w:rsidR="00526932" w:rsidRDefault="00493054">
      <w:pPr>
        <w:jc w:val="right"/>
      </w:pPr>
      <w:r>
        <w:t>令和８年　　月　　日</w:t>
      </w:r>
    </w:p>
    <w:p w14:paraId="2DE13459" w14:textId="529502BE" w:rsidR="00526932" w:rsidRDefault="00493054">
      <w:proofErr w:type="spellStart"/>
      <w:r>
        <w:t>那賀町長</w:t>
      </w:r>
      <w:proofErr w:type="spellEnd"/>
      <w:r>
        <w:t xml:space="preserve">　殿</w:t>
      </w:r>
    </w:p>
    <w:p w14:paraId="39971541" w14:textId="77777777" w:rsidR="00493054" w:rsidRDefault="00493054"/>
    <w:p w14:paraId="33A20FFA" w14:textId="5E00E83F" w:rsidR="00526932" w:rsidRDefault="00493054">
      <w:pPr>
        <w:rPr>
          <w:lang w:eastAsia="ja-JP"/>
        </w:rPr>
      </w:pPr>
      <w:r>
        <w:rPr>
          <w:lang w:eastAsia="ja-JP"/>
        </w:rPr>
        <w:t>那賀高校魅力化アドバイザリー業務の参加資格確認資料として、直近３か年分の財務状況を証する書類を提出します。</w:t>
      </w:r>
    </w:p>
    <w:p w14:paraId="63DA8E61" w14:textId="77777777" w:rsidR="00493054" w:rsidRDefault="00493054">
      <w:pPr>
        <w:rPr>
          <w:lang w:eastAsia="ja-JP"/>
        </w:rPr>
      </w:pP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803"/>
      </w:tblGrid>
      <w:tr w:rsidR="00526932" w14:paraId="6FAC752D" w14:textId="77777777">
        <w:trPr>
          <w:jc w:val="center"/>
        </w:trPr>
        <w:tc>
          <w:tcPr>
            <w:tcW w:w="2268" w:type="dxa"/>
            <w:vAlign w:val="center"/>
          </w:tcPr>
          <w:p w14:paraId="6B4BB4E5" w14:textId="77777777" w:rsidR="00526932" w:rsidRDefault="00493054">
            <w:proofErr w:type="spellStart"/>
            <w:r>
              <w:rPr>
                <w:b/>
              </w:rPr>
              <w:t>商号又は名称</w:t>
            </w:r>
            <w:proofErr w:type="spellEnd"/>
          </w:p>
        </w:tc>
        <w:tc>
          <w:tcPr>
            <w:tcW w:w="6803" w:type="dxa"/>
            <w:vAlign w:val="center"/>
          </w:tcPr>
          <w:p w14:paraId="5267B58B" w14:textId="77777777" w:rsidR="00526932" w:rsidRDefault="00526932"/>
        </w:tc>
      </w:tr>
      <w:tr w:rsidR="00526932" w14:paraId="08A90819" w14:textId="77777777">
        <w:trPr>
          <w:jc w:val="center"/>
        </w:trPr>
        <w:tc>
          <w:tcPr>
            <w:tcW w:w="2268" w:type="dxa"/>
            <w:vAlign w:val="center"/>
          </w:tcPr>
          <w:p w14:paraId="46183DD4" w14:textId="77777777" w:rsidR="00526932" w:rsidRDefault="00493054">
            <w:r>
              <w:rPr>
                <w:b/>
              </w:rPr>
              <w:t>提出資料</w:t>
            </w:r>
          </w:p>
        </w:tc>
        <w:tc>
          <w:tcPr>
            <w:tcW w:w="6803" w:type="dxa"/>
            <w:vAlign w:val="center"/>
          </w:tcPr>
          <w:p w14:paraId="2B08B8DF" w14:textId="77777777" w:rsidR="00526932" w:rsidRDefault="00493054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□ </w:t>
            </w:r>
            <w:r>
              <w:rPr>
                <w:lang w:eastAsia="ja-JP"/>
              </w:rPr>
              <w:t xml:space="preserve">損益計算書　</w:t>
            </w:r>
            <w:r>
              <w:rPr>
                <w:lang w:eastAsia="ja-JP"/>
              </w:rPr>
              <w:t xml:space="preserve">□ </w:t>
            </w:r>
            <w:r>
              <w:rPr>
                <w:lang w:eastAsia="ja-JP"/>
              </w:rPr>
              <w:t xml:space="preserve">貸借対照表　</w:t>
            </w:r>
            <w:r>
              <w:rPr>
                <w:lang w:eastAsia="ja-JP"/>
              </w:rPr>
              <w:t xml:space="preserve">□ </w:t>
            </w:r>
            <w:r>
              <w:rPr>
                <w:lang w:eastAsia="ja-JP"/>
              </w:rPr>
              <w:t>その他（　　　　　　　　　）</w:t>
            </w:r>
          </w:p>
        </w:tc>
      </w:tr>
      <w:tr w:rsidR="00526932" w14:paraId="0E2053B2" w14:textId="77777777">
        <w:trPr>
          <w:jc w:val="center"/>
        </w:trPr>
        <w:tc>
          <w:tcPr>
            <w:tcW w:w="2268" w:type="dxa"/>
            <w:vAlign w:val="center"/>
          </w:tcPr>
          <w:p w14:paraId="57A86CB0" w14:textId="77777777" w:rsidR="00526932" w:rsidRDefault="00493054">
            <w:proofErr w:type="spellStart"/>
            <w:r>
              <w:rPr>
                <w:b/>
              </w:rPr>
              <w:t>対象年度</w:t>
            </w:r>
            <w:proofErr w:type="spellEnd"/>
          </w:p>
        </w:tc>
        <w:tc>
          <w:tcPr>
            <w:tcW w:w="6803" w:type="dxa"/>
            <w:vAlign w:val="center"/>
          </w:tcPr>
          <w:p w14:paraId="735E9252" w14:textId="77777777" w:rsidR="00526932" w:rsidRDefault="00493054">
            <w:r>
              <w:t>令和　年度、令和　年度、令和　年度</w:t>
            </w:r>
          </w:p>
        </w:tc>
      </w:tr>
      <w:tr w:rsidR="00526932" w14:paraId="61DC78A4" w14:textId="77777777">
        <w:trPr>
          <w:jc w:val="center"/>
        </w:trPr>
        <w:tc>
          <w:tcPr>
            <w:tcW w:w="2268" w:type="dxa"/>
            <w:vAlign w:val="center"/>
          </w:tcPr>
          <w:p w14:paraId="0937898B" w14:textId="77777777" w:rsidR="00526932" w:rsidRDefault="00493054">
            <w:r>
              <w:rPr>
                <w:b/>
              </w:rPr>
              <w:t>担当者・連絡先</w:t>
            </w:r>
          </w:p>
        </w:tc>
        <w:tc>
          <w:tcPr>
            <w:tcW w:w="6803" w:type="dxa"/>
            <w:vAlign w:val="center"/>
          </w:tcPr>
          <w:p w14:paraId="32A43D9D" w14:textId="77777777" w:rsidR="00526932" w:rsidRDefault="00526932"/>
        </w:tc>
      </w:tr>
    </w:tbl>
    <w:p w14:paraId="012FC579" w14:textId="175DC7C8" w:rsidR="00353C43" w:rsidRDefault="00353C43">
      <w:pPr>
        <w:rPr>
          <w:lang w:eastAsia="ja-JP"/>
        </w:rPr>
      </w:pPr>
    </w:p>
    <w:p w14:paraId="620D05CA" w14:textId="5351B8EA" w:rsidR="00526932" w:rsidRDefault="00493054">
      <w:pPr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法人格を有しない団体等については、提出可能な同等資料</w:t>
      </w:r>
      <w:r>
        <w:rPr>
          <w:rFonts w:hint="eastAsia"/>
          <w:lang w:eastAsia="ja-JP"/>
        </w:rPr>
        <w:t>をご提出ください</w:t>
      </w:r>
      <w:r>
        <w:rPr>
          <w:lang w:eastAsia="ja-JP"/>
        </w:rPr>
        <w:t>。</w:t>
      </w:r>
    </w:p>
    <w:sectPr w:rsidR="00526932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C43"/>
    <w:rsid w:val="00493054"/>
    <w:rsid w:val="00526932"/>
    <w:rsid w:val="009E590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42DE57"/>
  <w14:defaultImageDpi w14:val="300"/>
  <w15:docId w15:val="{73658F92-2F4F-4C30-B5FA-026DA553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hAnsi="游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NCLJ755</cp:lastModifiedBy>
  <cp:revision>3</cp:revision>
  <dcterms:created xsi:type="dcterms:W3CDTF">2013-12-23T23:15:00Z</dcterms:created>
  <dcterms:modified xsi:type="dcterms:W3CDTF">2026-10-16T05:34:00Z</dcterms:modified>
  <cp:category/>
</cp:coreProperties>
</file>