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92DFA" w14:textId="77777777" w:rsidR="00F46E5C" w:rsidRDefault="003D74D3">
      <w:pPr>
        <w:rPr>
          <w:lang w:eastAsia="ja-JP"/>
        </w:rPr>
      </w:pPr>
      <w:r>
        <w:rPr>
          <w:lang w:eastAsia="ja-JP"/>
        </w:rPr>
        <w:t>様式第</w:t>
      </w:r>
      <w:r>
        <w:rPr>
          <w:lang w:eastAsia="ja-JP"/>
        </w:rPr>
        <w:t>9</w:t>
      </w:r>
      <w:r>
        <w:rPr>
          <w:lang w:eastAsia="ja-JP"/>
        </w:rPr>
        <w:t>号</w:t>
      </w:r>
    </w:p>
    <w:p w14:paraId="7E159B45" w14:textId="77777777" w:rsidR="00F46E5C" w:rsidRDefault="003D74D3">
      <w:pPr>
        <w:jc w:val="center"/>
        <w:rPr>
          <w:lang w:eastAsia="ja-JP"/>
        </w:rPr>
      </w:pPr>
      <w:r>
        <w:rPr>
          <w:b/>
          <w:sz w:val="32"/>
          <w:lang w:eastAsia="ja-JP"/>
        </w:rPr>
        <w:t>プロポーザルに係る質問書</w:t>
      </w:r>
    </w:p>
    <w:p w14:paraId="1DF2A2E6" w14:textId="77777777" w:rsidR="00F46E5C" w:rsidRDefault="003D74D3" w:rsidP="003D74D3">
      <w:pPr>
        <w:jc w:val="center"/>
        <w:rPr>
          <w:lang w:eastAsia="ja-JP"/>
        </w:rPr>
      </w:pPr>
      <w:r>
        <w:rPr>
          <w:lang w:eastAsia="ja-JP"/>
        </w:rPr>
        <w:t>那賀高校魅力化アドバイザリー業務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221"/>
        <w:gridCol w:w="3221"/>
        <w:gridCol w:w="3520"/>
      </w:tblGrid>
      <w:tr w:rsidR="00F46E5C" w14:paraId="0CD21D9C" w14:textId="77777777">
        <w:trPr>
          <w:jc w:val="center"/>
        </w:trPr>
        <w:tc>
          <w:tcPr>
            <w:tcW w:w="2268" w:type="dxa"/>
            <w:vAlign w:val="center"/>
          </w:tcPr>
          <w:p w14:paraId="00601CB6" w14:textId="77777777" w:rsidR="00F46E5C" w:rsidRDefault="003D74D3">
            <w:r>
              <w:rPr>
                <w:b/>
              </w:rPr>
              <w:t>商号又は名称</w:t>
            </w:r>
          </w:p>
        </w:tc>
        <w:tc>
          <w:tcPr>
            <w:tcW w:w="6803" w:type="dxa"/>
            <w:gridSpan w:val="2"/>
            <w:vAlign w:val="center"/>
          </w:tcPr>
          <w:p w14:paraId="023A2CB7" w14:textId="77777777" w:rsidR="00F46E5C" w:rsidRDefault="00F46E5C"/>
        </w:tc>
      </w:tr>
      <w:tr w:rsidR="00F46E5C" w14:paraId="2F31956B" w14:textId="77777777">
        <w:trPr>
          <w:jc w:val="center"/>
        </w:trPr>
        <w:tc>
          <w:tcPr>
            <w:tcW w:w="2268" w:type="dxa"/>
            <w:vAlign w:val="center"/>
          </w:tcPr>
          <w:p w14:paraId="73C6A334" w14:textId="77777777" w:rsidR="00F46E5C" w:rsidRDefault="003D74D3">
            <w:r>
              <w:rPr>
                <w:b/>
              </w:rPr>
              <w:t>担当者所属・氏名</w:t>
            </w:r>
          </w:p>
        </w:tc>
        <w:tc>
          <w:tcPr>
            <w:tcW w:w="6803" w:type="dxa"/>
            <w:gridSpan w:val="2"/>
            <w:vAlign w:val="center"/>
          </w:tcPr>
          <w:p w14:paraId="266FEF07" w14:textId="77777777" w:rsidR="00F46E5C" w:rsidRDefault="00F46E5C"/>
        </w:tc>
      </w:tr>
      <w:tr w:rsidR="00F46E5C" w14:paraId="4FAA0930" w14:textId="77777777">
        <w:trPr>
          <w:jc w:val="center"/>
        </w:trPr>
        <w:tc>
          <w:tcPr>
            <w:tcW w:w="2268" w:type="dxa"/>
            <w:vAlign w:val="center"/>
          </w:tcPr>
          <w:p w14:paraId="1C3DF45A" w14:textId="77777777" w:rsidR="00F46E5C" w:rsidRDefault="003D74D3">
            <w:r>
              <w:rPr>
                <w:b/>
              </w:rPr>
              <w:t>電話番号</w:t>
            </w:r>
          </w:p>
        </w:tc>
        <w:tc>
          <w:tcPr>
            <w:tcW w:w="6803" w:type="dxa"/>
            <w:gridSpan w:val="2"/>
            <w:vAlign w:val="center"/>
          </w:tcPr>
          <w:p w14:paraId="0FD3E94E" w14:textId="77777777" w:rsidR="00F46E5C" w:rsidRDefault="00F46E5C"/>
        </w:tc>
      </w:tr>
      <w:tr w:rsidR="00F46E5C" w14:paraId="4F4F78AD" w14:textId="77777777">
        <w:trPr>
          <w:jc w:val="center"/>
        </w:trPr>
        <w:tc>
          <w:tcPr>
            <w:tcW w:w="2268" w:type="dxa"/>
            <w:vAlign w:val="center"/>
          </w:tcPr>
          <w:p w14:paraId="492F4496" w14:textId="77777777" w:rsidR="00F46E5C" w:rsidRDefault="003D74D3">
            <w:r>
              <w:rPr>
                <w:b/>
              </w:rPr>
              <w:t>FAX</w:t>
            </w:r>
            <w:r>
              <w:rPr>
                <w:b/>
              </w:rPr>
              <w:t>番号</w:t>
            </w:r>
          </w:p>
        </w:tc>
        <w:tc>
          <w:tcPr>
            <w:tcW w:w="6803" w:type="dxa"/>
            <w:gridSpan w:val="2"/>
            <w:vAlign w:val="center"/>
          </w:tcPr>
          <w:p w14:paraId="356719A4" w14:textId="77777777" w:rsidR="00F46E5C" w:rsidRDefault="00F46E5C"/>
        </w:tc>
      </w:tr>
      <w:tr w:rsidR="00F46E5C" w14:paraId="560EA554" w14:textId="77777777">
        <w:trPr>
          <w:jc w:val="center"/>
        </w:trPr>
        <w:tc>
          <w:tcPr>
            <w:tcW w:w="2268" w:type="dxa"/>
            <w:vAlign w:val="center"/>
          </w:tcPr>
          <w:p w14:paraId="36D5655B" w14:textId="77777777" w:rsidR="00F46E5C" w:rsidRDefault="003D74D3">
            <w:r>
              <w:rPr>
                <w:b/>
              </w:rPr>
              <w:t>電子メール</w:t>
            </w:r>
          </w:p>
        </w:tc>
        <w:tc>
          <w:tcPr>
            <w:tcW w:w="6803" w:type="dxa"/>
            <w:gridSpan w:val="2"/>
            <w:vAlign w:val="center"/>
          </w:tcPr>
          <w:p w14:paraId="339E2C1A" w14:textId="77777777" w:rsidR="00F46E5C" w:rsidRDefault="00F46E5C"/>
        </w:tc>
      </w:tr>
      <w:tr w:rsidR="00F46E5C" w14:paraId="1F3F152F" w14:textId="77777777">
        <w:tblPrEx>
          <w:jc w:val="left"/>
        </w:tblPrEx>
        <w:tc>
          <w:tcPr>
            <w:tcW w:w="3249" w:type="dxa"/>
          </w:tcPr>
          <w:p w14:paraId="0AE97716" w14:textId="77777777" w:rsidR="00F46E5C" w:rsidRDefault="003D74D3">
            <w:r>
              <w:t>No.</w:t>
            </w:r>
          </w:p>
        </w:tc>
        <w:tc>
          <w:tcPr>
            <w:tcW w:w="3249" w:type="dxa"/>
          </w:tcPr>
          <w:p w14:paraId="398A4C3A" w14:textId="77777777" w:rsidR="00F46E5C" w:rsidRDefault="003D74D3">
            <w:pPr>
              <w:rPr>
                <w:lang w:eastAsia="ja-JP"/>
              </w:rPr>
            </w:pPr>
            <w:r>
              <w:rPr>
                <w:lang w:eastAsia="ja-JP"/>
              </w:rPr>
              <w:t>該当資料名・ページ等</w:t>
            </w:r>
          </w:p>
        </w:tc>
        <w:tc>
          <w:tcPr>
            <w:tcW w:w="3249" w:type="dxa"/>
          </w:tcPr>
          <w:p w14:paraId="099B209E" w14:textId="77777777" w:rsidR="00F46E5C" w:rsidRDefault="003D74D3">
            <w:r>
              <w:t>質問内容</w:t>
            </w:r>
          </w:p>
        </w:tc>
      </w:tr>
      <w:tr w:rsidR="00F46E5C" w14:paraId="0C622293" w14:textId="77777777">
        <w:tblPrEx>
          <w:jc w:val="left"/>
        </w:tblPrEx>
        <w:tc>
          <w:tcPr>
            <w:tcW w:w="3249" w:type="dxa"/>
          </w:tcPr>
          <w:p w14:paraId="521C6000" w14:textId="77777777" w:rsidR="00F46E5C" w:rsidRDefault="003D74D3">
            <w:r>
              <w:t>1</w:t>
            </w:r>
          </w:p>
        </w:tc>
        <w:tc>
          <w:tcPr>
            <w:tcW w:w="3249" w:type="dxa"/>
          </w:tcPr>
          <w:p w14:paraId="259BB51F" w14:textId="77777777" w:rsidR="00F46E5C" w:rsidRDefault="00F46E5C"/>
        </w:tc>
        <w:tc>
          <w:tcPr>
            <w:tcW w:w="3249" w:type="dxa"/>
          </w:tcPr>
          <w:p w14:paraId="618026EC" w14:textId="77777777" w:rsidR="00F46E5C" w:rsidRDefault="003D74D3">
            <w:r>
              <w:br/>
            </w:r>
            <w:r>
              <w:br/>
            </w:r>
          </w:p>
        </w:tc>
      </w:tr>
      <w:tr w:rsidR="00F46E5C" w14:paraId="759E9482" w14:textId="77777777">
        <w:tblPrEx>
          <w:jc w:val="left"/>
        </w:tblPrEx>
        <w:tc>
          <w:tcPr>
            <w:tcW w:w="3249" w:type="dxa"/>
          </w:tcPr>
          <w:p w14:paraId="2BD51807" w14:textId="77777777" w:rsidR="00F46E5C" w:rsidRDefault="003D74D3">
            <w:r>
              <w:t>2</w:t>
            </w:r>
          </w:p>
        </w:tc>
        <w:tc>
          <w:tcPr>
            <w:tcW w:w="3249" w:type="dxa"/>
          </w:tcPr>
          <w:p w14:paraId="290787FB" w14:textId="77777777" w:rsidR="00F46E5C" w:rsidRDefault="00F46E5C"/>
        </w:tc>
        <w:tc>
          <w:tcPr>
            <w:tcW w:w="3249" w:type="dxa"/>
          </w:tcPr>
          <w:p w14:paraId="20F86DF2" w14:textId="77777777" w:rsidR="00F46E5C" w:rsidRDefault="003D74D3">
            <w:r>
              <w:br/>
            </w:r>
            <w:r>
              <w:br/>
            </w:r>
          </w:p>
        </w:tc>
      </w:tr>
      <w:tr w:rsidR="00F46E5C" w14:paraId="6C351B86" w14:textId="77777777">
        <w:tblPrEx>
          <w:jc w:val="left"/>
        </w:tblPrEx>
        <w:tc>
          <w:tcPr>
            <w:tcW w:w="3249" w:type="dxa"/>
          </w:tcPr>
          <w:p w14:paraId="5FB436E3" w14:textId="77777777" w:rsidR="00F46E5C" w:rsidRDefault="003D74D3">
            <w:r>
              <w:t>3</w:t>
            </w:r>
          </w:p>
        </w:tc>
        <w:tc>
          <w:tcPr>
            <w:tcW w:w="3249" w:type="dxa"/>
          </w:tcPr>
          <w:p w14:paraId="1FAA7F74" w14:textId="77777777" w:rsidR="00F46E5C" w:rsidRDefault="00F46E5C"/>
        </w:tc>
        <w:tc>
          <w:tcPr>
            <w:tcW w:w="3249" w:type="dxa"/>
          </w:tcPr>
          <w:p w14:paraId="6AE84893" w14:textId="77777777" w:rsidR="00F46E5C" w:rsidRDefault="003D74D3">
            <w:r>
              <w:br/>
            </w:r>
            <w:r>
              <w:br/>
            </w:r>
          </w:p>
        </w:tc>
      </w:tr>
      <w:tr w:rsidR="00F46E5C" w14:paraId="27F8CC72" w14:textId="77777777">
        <w:tblPrEx>
          <w:jc w:val="left"/>
        </w:tblPrEx>
        <w:tc>
          <w:tcPr>
            <w:tcW w:w="3249" w:type="dxa"/>
          </w:tcPr>
          <w:p w14:paraId="4C6DC1B7" w14:textId="77777777" w:rsidR="00F46E5C" w:rsidRDefault="003D74D3">
            <w:r>
              <w:t>4</w:t>
            </w:r>
          </w:p>
        </w:tc>
        <w:tc>
          <w:tcPr>
            <w:tcW w:w="3249" w:type="dxa"/>
          </w:tcPr>
          <w:p w14:paraId="29AD61D3" w14:textId="77777777" w:rsidR="00F46E5C" w:rsidRDefault="00F46E5C"/>
        </w:tc>
        <w:tc>
          <w:tcPr>
            <w:tcW w:w="3249" w:type="dxa"/>
          </w:tcPr>
          <w:p w14:paraId="7B8E950B" w14:textId="77777777" w:rsidR="00F46E5C" w:rsidRDefault="003D74D3">
            <w:r>
              <w:br/>
            </w:r>
            <w:r>
              <w:br/>
            </w:r>
          </w:p>
        </w:tc>
      </w:tr>
      <w:tr w:rsidR="00F46E5C" w14:paraId="75BBA85D" w14:textId="77777777">
        <w:tblPrEx>
          <w:jc w:val="left"/>
        </w:tblPrEx>
        <w:tc>
          <w:tcPr>
            <w:tcW w:w="3249" w:type="dxa"/>
          </w:tcPr>
          <w:p w14:paraId="0EC7F83A" w14:textId="77777777" w:rsidR="00F46E5C" w:rsidRDefault="003D74D3">
            <w:r>
              <w:t>5</w:t>
            </w:r>
          </w:p>
        </w:tc>
        <w:tc>
          <w:tcPr>
            <w:tcW w:w="3249" w:type="dxa"/>
          </w:tcPr>
          <w:p w14:paraId="288A6F23" w14:textId="77777777" w:rsidR="00F46E5C" w:rsidRDefault="00F46E5C"/>
        </w:tc>
        <w:tc>
          <w:tcPr>
            <w:tcW w:w="3249" w:type="dxa"/>
          </w:tcPr>
          <w:p w14:paraId="61D64FAE" w14:textId="77777777" w:rsidR="00F46E5C" w:rsidRDefault="003D74D3">
            <w:r>
              <w:br/>
            </w:r>
            <w:r>
              <w:br/>
            </w:r>
          </w:p>
        </w:tc>
      </w:tr>
    </w:tbl>
    <w:p w14:paraId="3B36F60A" w14:textId="77777777" w:rsidR="00F46E5C" w:rsidRDefault="003D74D3">
      <w:pPr>
        <w:rPr>
          <w:lang w:eastAsia="ja-JP"/>
        </w:rPr>
      </w:pPr>
      <w:r>
        <w:rPr>
          <w:lang w:eastAsia="ja-JP"/>
        </w:rPr>
        <w:t>（注）質問に当たっては、該当資料の名称、ページ及び行を明らかにしてください。質問は実施要領に定める方法・期限により提出してください。</w:t>
      </w:r>
    </w:p>
    <w:sectPr w:rsidR="00F46E5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74D3"/>
    <w:rsid w:val="00AA1D8D"/>
    <w:rsid w:val="00B47730"/>
    <w:rsid w:val="00CB0664"/>
    <w:rsid w:val="00F46E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B22A3C"/>
  <w14:defaultImageDpi w14:val="300"/>
  <w15:docId w15:val="{73658F92-2F4F-4C30-B5FA-026DA553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NCLJ755</cp:lastModifiedBy>
  <cp:revision>2</cp:revision>
  <dcterms:created xsi:type="dcterms:W3CDTF">2013-12-23T23:15:00Z</dcterms:created>
  <dcterms:modified xsi:type="dcterms:W3CDTF">2026-10-15T08:14:00Z</dcterms:modified>
  <cp:category/>
</cp:coreProperties>
</file>