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left"/>
      </w:pPr>
      <w:r>
        <w:t>様式第7号</w:t>
      </w:r>
    </w:p>
    <w:p>
      <w:pPr>
        <w:jc w:val="center"/>
      </w:pPr>
      <w:r>
        <w:rPr>
          <w:b/>
          <w:sz w:val="32"/>
        </w:rPr>
        <w:t>協力事業者調書</w:t>
      </w:r>
    </w:p>
    <w:p>
      <w:r>
        <w:t>那賀高校魅力化アドバイザリー業務について、次の者を協力事業者として予定しています。</w:t>
      </w:r>
    </w:p>
    <w:p>
      <w:r>
        <w:t>※協力事業者がいない場合は「該当なし」と記載してください。再委託に該当する場合は、実施要領・仕様書に基づき必要事項を記載してください。</w:t>
      </w:r>
    </w:p>
    <w:p>
      <w:r>
        <w:t>【協力事業者 1】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873"/>
        <w:gridCol w:w="4873"/>
      </w:tblGrid>
      <w:tr>
        <w:tc>
          <w:tcPr>
            <w:tcW w:type="dxa" w:w="2268"/>
            <w:vAlign w:val="center"/>
          </w:tcPr>
          <w:p>
            <w:r>
              <w:rPr>
                <w:b/>
              </w:rPr>
              <w:t>事業者名</w:t>
            </w:r>
          </w:p>
        </w:tc>
        <w:tc>
          <w:tcPr>
            <w:tcW w:type="dxa" w:w="6803"/>
            <w:vAlign w:val="center"/>
          </w:tcPr>
          <w:p>
            <w:r/>
          </w:p>
        </w:tc>
      </w:tr>
      <w:tr>
        <w:tc>
          <w:tcPr>
            <w:tcW w:type="dxa" w:w="2268"/>
            <w:vAlign w:val="center"/>
          </w:tcPr>
          <w:p>
            <w:r>
              <w:rPr>
                <w:b/>
              </w:rPr>
              <w:t>代表者氏名</w:t>
            </w:r>
          </w:p>
        </w:tc>
        <w:tc>
          <w:tcPr>
            <w:tcW w:type="dxa" w:w="6803"/>
            <w:vAlign w:val="center"/>
          </w:tcPr>
          <w:p>
            <w:r/>
          </w:p>
        </w:tc>
      </w:tr>
      <w:tr>
        <w:tc>
          <w:tcPr>
            <w:tcW w:type="dxa" w:w="2268"/>
            <w:vAlign w:val="center"/>
          </w:tcPr>
          <w:p>
            <w:r>
              <w:rPr>
                <w:b/>
              </w:rPr>
              <w:t>所在地</w:t>
            </w:r>
          </w:p>
        </w:tc>
        <w:tc>
          <w:tcPr>
            <w:tcW w:type="dxa" w:w="6803"/>
            <w:vAlign w:val="center"/>
          </w:tcPr>
          <w:p>
            <w:r/>
          </w:p>
        </w:tc>
      </w:tr>
      <w:tr>
        <w:tc>
          <w:tcPr>
            <w:tcW w:type="dxa" w:w="2268"/>
            <w:vAlign w:val="center"/>
          </w:tcPr>
          <w:p>
            <w:r>
              <w:rPr>
                <w:b/>
              </w:rPr>
              <w:t>本業務における役割・担当業務</w:t>
            </w:r>
          </w:p>
        </w:tc>
        <w:tc>
          <w:tcPr>
            <w:tcW w:type="dxa" w:w="6803"/>
            <w:vAlign w:val="center"/>
          </w:tcPr>
          <w:p>
            <w:r/>
          </w:p>
        </w:tc>
      </w:tr>
      <w:tr>
        <w:tc>
          <w:tcPr>
            <w:tcW w:type="dxa" w:w="2268"/>
            <w:vAlign w:val="center"/>
          </w:tcPr>
          <w:p>
            <w:r>
              <w:rPr>
                <w:b/>
              </w:rPr>
              <w:t>担当者・連絡先</w:t>
            </w:r>
          </w:p>
        </w:tc>
        <w:tc>
          <w:tcPr>
            <w:tcW w:type="dxa" w:w="6803"/>
            <w:vAlign w:val="center"/>
          </w:tcPr>
          <w:p>
            <w:r/>
          </w:p>
        </w:tc>
      </w:tr>
    </w:tbl>
    <w:p>
      <w:r>
        <w:t>【協力事業者 2】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873"/>
        <w:gridCol w:w="4873"/>
      </w:tblGrid>
      <w:tr>
        <w:tc>
          <w:tcPr>
            <w:tcW w:type="dxa" w:w="2268"/>
            <w:vAlign w:val="center"/>
          </w:tcPr>
          <w:p>
            <w:r>
              <w:rPr>
                <w:b/>
              </w:rPr>
              <w:t>事業者名</w:t>
            </w:r>
          </w:p>
        </w:tc>
        <w:tc>
          <w:tcPr>
            <w:tcW w:type="dxa" w:w="6803"/>
            <w:vAlign w:val="center"/>
          </w:tcPr>
          <w:p>
            <w:r/>
          </w:p>
        </w:tc>
      </w:tr>
      <w:tr>
        <w:tc>
          <w:tcPr>
            <w:tcW w:type="dxa" w:w="2268"/>
            <w:vAlign w:val="center"/>
          </w:tcPr>
          <w:p>
            <w:r>
              <w:rPr>
                <w:b/>
              </w:rPr>
              <w:t>代表者氏名</w:t>
            </w:r>
          </w:p>
        </w:tc>
        <w:tc>
          <w:tcPr>
            <w:tcW w:type="dxa" w:w="6803"/>
            <w:vAlign w:val="center"/>
          </w:tcPr>
          <w:p>
            <w:r/>
          </w:p>
        </w:tc>
      </w:tr>
      <w:tr>
        <w:tc>
          <w:tcPr>
            <w:tcW w:type="dxa" w:w="2268"/>
            <w:vAlign w:val="center"/>
          </w:tcPr>
          <w:p>
            <w:r>
              <w:rPr>
                <w:b/>
              </w:rPr>
              <w:t>所在地</w:t>
            </w:r>
          </w:p>
        </w:tc>
        <w:tc>
          <w:tcPr>
            <w:tcW w:type="dxa" w:w="6803"/>
            <w:vAlign w:val="center"/>
          </w:tcPr>
          <w:p>
            <w:r/>
          </w:p>
        </w:tc>
      </w:tr>
      <w:tr>
        <w:tc>
          <w:tcPr>
            <w:tcW w:type="dxa" w:w="2268"/>
            <w:vAlign w:val="center"/>
          </w:tcPr>
          <w:p>
            <w:r>
              <w:rPr>
                <w:b/>
              </w:rPr>
              <w:t>本業務における役割・担当業務</w:t>
            </w:r>
          </w:p>
        </w:tc>
        <w:tc>
          <w:tcPr>
            <w:tcW w:type="dxa" w:w="6803"/>
            <w:vAlign w:val="center"/>
          </w:tcPr>
          <w:p>
            <w:r/>
          </w:p>
        </w:tc>
      </w:tr>
      <w:tr>
        <w:tc>
          <w:tcPr>
            <w:tcW w:type="dxa" w:w="2268"/>
            <w:vAlign w:val="center"/>
          </w:tcPr>
          <w:p>
            <w:r>
              <w:rPr>
                <w:b/>
              </w:rPr>
              <w:t>担当者・連絡先</w:t>
            </w:r>
          </w:p>
        </w:tc>
        <w:tc>
          <w:tcPr>
            <w:tcW w:type="dxa" w:w="6803"/>
            <w:vAlign w:val="center"/>
          </w:tcPr>
          <w:p>
            <w:r/>
          </w:p>
        </w:tc>
      </w:tr>
    </w:tbl>
    <w:p>
      <w:r>
        <w:t>【協力事業者 3】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873"/>
        <w:gridCol w:w="4873"/>
      </w:tblGrid>
      <w:tr>
        <w:tc>
          <w:tcPr>
            <w:tcW w:type="dxa" w:w="2268"/>
            <w:vAlign w:val="center"/>
          </w:tcPr>
          <w:p>
            <w:r>
              <w:rPr>
                <w:b/>
              </w:rPr>
              <w:t>事業者名</w:t>
            </w:r>
          </w:p>
        </w:tc>
        <w:tc>
          <w:tcPr>
            <w:tcW w:type="dxa" w:w="6803"/>
            <w:vAlign w:val="center"/>
          </w:tcPr>
          <w:p>
            <w:r/>
          </w:p>
        </w:tc>
      </w:tr>
      <w:tr>
        <w:tc>
          <w:tcPr>
            <w:tcW w:type="dxa" w:w="2268"/>
            <w:vAlign w:val="center"/>
          </w:tcPr>
          <w:p>
            <w:r>
              <w:rPr>
                <w:b/>
              </w:rPr>
              <w:t>代表者氏名</w:t>
            </w:r>
          </w:p>
        </w:tc>
        <w:tc>
          <w:tcPr>
            <w:tcW w:type="dxa" w:w="6803"/>
            <w:vAlign w:val="center"/>
          </w:tcPr>
          <w:p>
            <w:r/>
          </w:p>
        </w:tc>
      </w:tr>
      <w:tr>
        <w:tc>
          <w:tcPr>
            <w:tcW w:type="dxa" w:w="2268"/>
            <w:vAlign w:val="center"/>
          </w:tcPr>
          <w:p>
            <w:r>
              <w:rPr>
                <w:b/>
              </w:rPr>
              <w:t>所在地</w:t>
            </w:r>
          </w:p>
        </w:tc>
        <w:tc>
          <w:tcPr>
            <w:tcW w:type="dxa" w:w="6803"/>
            <w:vAlign w:val="center"/>
          </w:tcPr>
          <w:p>
            <w:r/>
          </w:p>
        </w:tc>
      </w:tr>
      <w:tr>
        <w:tc>
          <w:tcPr>
            <w:tcW w:type="dxa" w:w="2268"/>
            <w:vAlign w:val="center"/>
          </w:tcPr>
          <w:p>
            <w:r>
              <w:rPr>
                <w:b/>
              </w:rPr>
              <w:t>本業務における役割・担当業務</w:t>
            </w:r>
          </w:p>
        </w:tc>
        <w:tc>
          <w:tcPr>
            <w:tcW w:type="dxa" w:w="6803"/>
            <w:vAlign w:val="center"/>
          </w:tcPr>
          <w:p>
            <w:r/>
          </w:p>
        </w:tc>
      </w:tr>
      <w:tr>
        <w:tc>
          <w:tcPr>
            <w:tcW w:type="dxa" w:w="2268"/>
            <w:vAlign w:val="center"/>
          </w:tcPr>
          <w:p>
            <w:r>
              <w:rPr>
                <w:b/>
              </w:rPr>
              <w:t>担当者・連絡先</w:t>
            </w:r>
          </w:p>
        </w:tc>
        <w:tc>
          <w:tcPr>
            <w:tcW w:type="dxa" w:w="6803"/>
            <w:vAlign w:val="center"/>
          </w:tcPr>
          <w:p>
            <w:r/>
          </w:p>
        </w:tc>
      </w:tr>
    </w:tbl>
    <w:sectPr w:rsidR="00FC693F" w:rsidRPr="0006063C" w:rsidSect="00034616">
      <w:pgSz w:w="12240" w:h="15840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游明朝" w:hAnsi="游明朝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