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B8F7A" w14:textId="77777777" w:rsidR="00DE2740" w:rsidRDefault="005A6388">
      <w:pPr>
        <w:rPr>
          <w:lang w:eastAsia="ja-JP"/>
        </w:rPr>
      </w:pPr>
      <w:r>
        <w:rPr>
          <w:lang w:eastAsia="ja-JP"/>
        </w:rPr>
        <w:t>様式第</w:t>
      </w:r>
      <w:r>
        <w:rPr>
          <w:lang w:eastAsia="ja-JP"/>
        </w:rPr>
        <w:t>6</w:t>
      </w:r>
      <w:r>
        <w:rPr>
          <w:lang w:eastAsia="ja-JP"/>
        </w:rPr>
        <w:t>号</w:t>
      </w:r>
    </w:p>
    <w:p w14:paraId="5B9BF790" w14:textId="77777777" w:rsidR="00DE2740" w:rsidRDefault="005A6388">
      <w:pPr>
        <w:jc w:val="center"/>
        <w:rPr>
          <w:lang w:eastAsia="ja-JP"/>
        </w:rPr>
      </w:pPr>
      <w:r>
        <w:rPr>
          <w:b/>
          <w:sz w:val="32"/>
          <w:lang w:eastAsia="ja-JP"/>
        </w:rPr>
        <w:t>企画提案書</w:t>
      </w:r>
    </w:p>
    <w:p w14:paraId="09752AA7" w14:textId="77777777" w:rsidR="00DE2740" w:rsidRDefault="005A6388">
      <w:pPr>
        <w:jc w:val="center"/>
        <w:rPr>
          <w:lang w:eastAsia="ja-JP"/>
        </w:rPr>
      </w:pPr>
      <w:r>
        <w:rPr>
          <w:lang w:eastAsia="ja-JP"/>
        </w:rPr>
        <w:t>（業務名）那賀高校魅力化アドバイザリー業務</w:t>
      </w:r>
    </w:p>
    <w:p w14:paraId="6EF20C40" w14:textId="77777777" w:rsidR="00DE2740" w:rsidRDefault="005A6388">
      <w:pPr>
        <w:rPr>
          <w:lang w:eastAsia="ja-JP"/>
        </w:rPr>
      </w:pPr>
      <w:r>
        <w:rPr>
          <w:lang w:eastAsia="ja-JP"/>
        </w:rPr>
        <w:t>標記業務の公募型プロポーザルについて、実施要領及び関係資料の内容を確認のうえ、企画提案書を提出します。</w:t>
      </w:r>
    </w:p>
    <w:p w14:paraId="56CCED4F" w14:textId="77777777" w:rsidR="00DE2740" w:rsidRDefault="005A6388">
      <w:pPr>
        <w:jc w:val="right"/>
      </w:pPr>
      <w:r>
        <w:t>令和８年　　月　　日</w:t>
      </w:r>
    </w:p>
    <w:p w14:paraId="0EB8C57F" w14:textId="03B90859" w:rsidR="00DE2740" w:rsidRDefault="005A6388">
      <w:proofErr w:type="spellStart"/>
      <w:r>
        <w:t>那賀町長</w:t>
      </w:r>
      <w:proofErr w:type="spellEnd"/>
      <w:r>
        <w:t xml:space="preserve">　殿</w:t>
      </w:r>
    </w:p>
    <w:p w14:paraId="6C81DE2D" w14:textId="77777777" w:rsidR="005A6388" w:rsidRDefault="005A6388"/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6803"/>
      </w:tblGrid>
      <w:tr w:rsidR="00DE2740" w14:paraId="5FE21058" w14:textId="77777777">
        <w:trPr>
          <w:jc w:val="center"/>
        </w:trPr>
        <w:tc>
          <w:tcPr>
            <w:tcW w:w="2268" w:type="dxa"/>
            <w:vAlign w:val="center"/>
          </w:tcPr>
          <w:p w14:paraId="617D4BC9" w14:textId="77777777" w:rsidR="00DE2740" w:rsidRDefault="005A6388">
            <w:r>
              <w:rPr>
                <w:b/>
              </w:rPr>
              <w:t>商号又は名称</w:t>
            </w:r>
          </w:p>
        </w:tc>
        <w:tc>
          <w:tcPr>
            <w:tcW w:w="6803" w:type="dxa"/>
            <w:vAlign w:val="center"/>
          </w:tcPr>
          <w:p w14:paraId="1ED15622" w14:textId="77777777" w:rsidR="00DE2740" w:rsidRDefault="00DE2740"/>
        </w:tc>
      </w:tr>
      <w:tr w:rsidR="00DE2740" w14:paraId="75F04E61" w14:textId="77777777">
        <w:trPr>
          <w:jc w:val="center"/>
        </w:trPr>
        <w:tc>
          <w:tcPr>
            <w:tcW w:w="2268" w:type="dxa"/>
            <w:vAlign w:val="center"/>
          </w:tcPr>
          <w:p w14:paraId="7E99F06F" w14:textId="77777777" w:rsidR="00DE2740" w:rsidRDefault="005A6388">
            <w:r>
              <w:rPr>
                <w:b/>
              </w:rPr>
              <w:t>所在地</w:t>
            </w:r>
          </w:p>
        </w:tc>
        <w:tc>
          <w:tcPr>
            <w:tcW w:w="6803" w:type="dxa"/>
            <w:vAlign w:val="center"/>
          </w:tcPr>
          <w:p w14:paraId="72A9C4D0" w14:textId="77777777" w:rsidR="00DE2740" w:rsidRDefault="00DE2740"/>
        </w:tc>
      </w:tr>
      <w:tr w:rsidR="00DE2740" w14:paraId="7E5CD525" w14:textId="77777777">
        <w:trPr>
          <w:jc w:val="center"/>
        </w:trPr>
        <w:tc>
          <w:tcPr>
            <w:tcW w:w="2268" w:type="dxa"/>
            <w:vAlign w:val="center"/>
          </w:tcPr>
          <w:p w14:paraId="1EFBD1F5" w14:textId="77777777" w:rsidR="00DE2740" w:rsidRDefault="005A6388">
            <w:r>
              <w:rPr>
                <w:b/>
              </w:rPr>
              <w:t>代表者職・氏名</w:t>
            </w:r>
          </w:p>
        </w:tc>
        <w:tc>
          <w:tcPr>
            <w:tcW w:w="6803" w:type="dxa"/>
            <w:vAlign w:val="center"/>
          </w:tcPr>
          <w:p w14:paraId="3DB25B14" w14:textId="007487DF" w:rsidR="00DE2740" w:rsidRDefault="005A6388">
            <w:r>
              <w:t xml:space="preserve">　　　　　　　　　　　　</w:t>
            </w:r>
            <w:r>
              <w:rPr>
                <w:rFonts w:hint="eastAsia"/>
                <w:lang w:eastAsia="ja-JP"/>
              </w:rPr>
              <w:t xml:space="preserve">　　　　　　　　　　　　</w:t>
            </w:r>
            <w:r>
              <w:t xml:space="preserve">　　　　印</w:t>
            </w:r>
          </w:p>
        </w:tc>
      </w:tr>
      <w:tr w:rsidR="00DE2740" w14:paraId="332B78B3" w14:textId="77777777">
        <w:trPr>
          <w:jc w:val="center"/>
        </w:trPr>
        <w:tc>
          <w:tcPr>
            <w:tcW w:w="2268" w:type="dxa"/>
            <w:vAlign w:val="center"/>
          </w:tcPr>
          <w:p w14:paraId="4A69E633" w14:textId="77777777" w:rsidR="00DE2740" w:rsidRDefault="005A6388">
            <w:r>
              <w:rPr>
                <w:b/>
              </w:rPr>
              <w:t>担当者所属・氏名</w:t>
            </w:r>
          </w:p>
        </w:tc>
        <w:tc>
          <w:tcPr>
            <w:tcW w:w="6803" w:type="dxa"/>
            <w:vAlign w:val="center"/>
          </w:tcPr>
          <w:p w14:paraId="5BB112CF" w14:textId="77777777" w:rsidR="00DE2740" w:rsidRDefault="00DE2740"/>
        </w:tc>
      </w:tr>
      <w:tr w:rsidR="00DE2740" w14:paraId="7CA1932C" w14:textId="77777777">
        <w:trPr>
          <w:jc w:val="center"/>
        </w:trPr>
        <w:tc>
          <w:tcPr>
            <w:tcW w:w="2268" w:type="dxa"/>
            <w:vAlign w:val="center"/>
          </w:tcPr>
          <w:p w14:paraId="25C23B47" w14:textId="77777777" w:rsidR="00DE2740" w:rsidRDefault="005A6388">
            <w:r>
              <w:rPr>
                <w:b/>
              </w:rPr>
              <w:t>電話番号</w:t>
            </w:r>
          </w:p>
        </w:tc>
        <w:tc>
          <w:tcPr>
            <w:tcW w:w="6803" w:type="dxa"/>
            <w:vAlign w:val="center"/>
          </w:tcPr>
          <w:p w14:paraId="2768DAE0" w14:textId="77777777" w:rsidR="00DE2740" w:rsidRDefault="00DE2740"/>
        </w:tc>
      </w:tr>
      <w:tr w:rsidR="00DE2740" w14:paraId="768B4A80" w14:textId="77777777">
        <w:trPr>
          <w:jc w:val="center"/>
        </w:trPr>
        <w:tc>
          <w:tcPr>
            <w:tcW w:w="2268" w:type="dxa"/>
            <w:vAlign w:val="center"/>
          </w:tcPr>
          <w:p w14:paraId="5D97E9FB" w14:textId="77777777" w:rsidR="00DE2740" w:rsidRDefault="005A6388">
            <w:r>
              <w:rPr>
                <w:b/>
              </w:rPr>
              <w:t>FAX</w:t>
            </w:r>
            <w:r>
              <w:rPr>
                <w:b/>
              </w:rPr>
              <w:t>番号</w:t>
            </w:r>
          </w:p>
        </w:tc>
        <w:tc>
          <w:tcPr>
            <w:tcW w:w="6803" w:type="dxa"/>
            <w:vAlign w:val="center"/>
          </w:tcPr>
          <w:p w14:paraId="27F82AB6" w14:textId="77777777" w:rsidR="00DE2740" w:rsidRDefault="00DE2740"/>
        </w:tc>
      </w:tr>
      <w:tr w:rsidR="00DE2740" w14:paraId="3C115DCA" w14:textId="77777777">
        <w:trPr>
          <w:jc w:val="center"/>
        </w:trPr>
        <w:tc>
          <w:tcPr>
            <w:tcW w:w="2268" w:type="dxa"/>
            <w:vAlign w:val="center"/>
          </w:tcPr>
          <w:p w14:paraId="58B60E27" w14:textId="77777777" w:rsidR="00DE2740" w:rsidRDefault="005A6388">
            <w:r>
              <w:rPr>
                <w:b/>
              </w:rPr>
              <w:t>電子メール</w:t>
            </w:r>
          </w:p>
        </w:tc>
        <w:tc>
          <w:tcPr>
            <w:tcW w:w="6803" w:type="dxa"/>
            <w:vAlign w:val="center"/>
          </w:tcPr>
          <w:p w14:paraId="5B49DF88" w14:textId="77777777" w:rsidR="00DE2740" w:rsidRDefault="00DE2740"/>
        </w:tc>
      </w:tr>
    </w:tbl>
    <w:p w14:paraId="6DA8E729" w14:textId="77777777" w:rsidR="005A6388" w:rsidRDefault="005A6388">
      <w:pPr>
        <w:rPr>
          <w:lang w:eastAsia="ja-JP"/>
        </w:rPr>
      </w:pPr>
    </w:p>
    <w:p w14:paraId="0147F21E" w14:textId="118D1D47" w:rsidR="00DE2740" w:rsidRDefault="005A6388">
      <w:pPr>
        <w:rPr>
          <w:lang w:eastAsia="ja-JP"/>
        </w:rPr>
      </w:pPr>
      <w:r>
        <w:rPr>
          <w:lang w:eastAsia="ja-JP"/>
        </w:rPr>
        <w:t>添付書類：技術提案書、見積書、その他実施要領に定める資料</w:t>
      </w:r>
    </w:p>
    <w:sectPr w:rsidR="00DE2740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6388"/>
    <w:rsid w:val="00AA1D8D"/>
    <w:rsid w:val="00B47730"/>
    <w:rsid w:val="00CB0664"/>
    <w:rsid w:val="00DE27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919033"/>
  <w14:defaultImageDpi w14:val="300"/>
  <w15:docId w15:val="{73658F92-2F4F-4C30-B5FA-026DA553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hAnsi="游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NCLJ755</cp:lastModifiedBy>
  <cp:revision>2</cp:revision>
  <dcterms:created xsi:type="dcterms:W3CDTF">2013-12-23T23:15:00Z</dcterms:created>
  <dcterms:modified xsi:type="dcterms:W3CDTF">2026-10-15T08:14:00Z</dcterms:modified>
  <cp:category/>
</cp:coreProperties>
</file>