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510D4" w14:textId="77777777" w:rsidR="00E646AA" w:rsidRDefault="00DD1483">
      <w:pPr>
        <w:rPr>
          <w:lang w:eastAsia="ja-JP"/>
        </w:rPr>
      </w:pPr>
      <w:r>
        <w:rPr>
          <w:lang w:eastAsia="ja-JP"/>
        </w:rPr>
        <w:t>様式第</w:t>
      </w:r>
      <w:r>
        <w:rPr>
          <w:lang w:eastAsia="ja-JP"/>
        </w:rPr>
        <w:t>4</w:t>
      </w:r>
      <w:r>
        <w:rPr>
          <w:lang w:eastAsia="ja-JP"/>
        </w:rPr>
        <w:t>号</w:t>
      </w:r>
    </w:p>
    <w:p w14:paraId="6FB35574" w14:textId="77777777" w:rsidR="00E646AA" w:rsidRDefault="00DD1483">
      <w:pPr>
        <w:jc w:val="center"/>
        <w:rPr>
          <w:lang w:eastAsia="ja-JP"/>
        </w:rPr>
      </w:pPr>
      <w:r>
        <w:rPr>
          <w:b/>
          <w:sz w:val="32"/>
          <w:lang w:eastAsia="ja-JP"/>
        </w:rPr>
        <w:t>暴力団排除に関する誓約書</w:t>
      </w:r>
    </w:p>
    <w:p w14:paraId="4DE22512" w14:textId="77777777" w:rsidR="00E646AA" w:rsidRDefault="00DD1483">
      <w:pPr>
        <w:jc w:val="right"/>
      </w:pPr>
      <w:r>
        <w:t>令和８年　　月　　日</w:t>
      </w:r>
    </w:p>
    <w:p w14:paraId="77B50CF6" w14:textId="7D44F90D" w:rsidR="00E646AA" w:rsidRDefault="00DD1483">
      <w:proofErr w:type="spellStart"/>
      <w:r>
        <w:t>那賀町長</w:t>
      </w:r>
      <w:proofErr w:type="spellEnd"/>
      <w:r>
        <w:t xml:space="preserve">　殿</w:t>
      </w:r>
    </w:p>
    <w:p w14:paraId="5A1364ED" w14:textId="77777777" w:rsidR="00DD1483" w:rsidRDefault="00DD1483"/>
    <w:p w14:paraId="77BF2902" w14:textId="3513C605" w:rsidR="00E646AA" w:rsidRDefault="00DD1483">
      <w:pPr>
        <w:rPr>
          <w:lang w:eastAsia="ja-JP"/>
        </w:rPr>
      </w:pPr>
      <w:r>
        <w:rPr>
          <w:lang w:eastAsia="ja-JP"/>
        </w:rPr>
        <w:t>当団体は、那賀高校魅力化アドバイザリー業務に係る公募型プロポーザルへの参加に当たり、那賀町暴力団排除条例及び関係要綱等を遵守し、下記の事項について誓約します。</w:t>
      </w:r>
    </w:p>
    <w:p w14:paraId="52A07333" w14:textId="77777777" w:rsidR="00DD1483" w:rsidRDefault="00DD1483">
      <w:pPr>
        <w:rPr>
          <w:rFonts w:hint="eastAsia"/>
          <w:lang w:eastAsia="ja-JP"/>
        </w:rPr>
      </w:pPr>
    </w:p>
    <w:p w14:paraId="7B952470" w14:textId="77777777" w:rsidR="00E646AA" w:rsidRDefault="00DD1483">
      <w:pPr>
        <w:pStyle w:val="a"/>
        <w:rPr>
          <w:lang w:eastAsia="ja-JP"/>
        </w:rPr>
      </w:pPr>
      <w:r>
        <w:rPr>
          <w:lang w:eastAsia="ja-JP"/>
        </w:rPr>
        <w:t>当団体及びその役員等は、暴力団、暴力団員又は暴力団員と密接な関係を有する者ではありません。</w:t>
      </w:r>
    </w:p>
    <w:p w14:paraId="23A3E07D" w14:textId="77777777" w:rsidR="00E646AA" w:rsidRDefault="00DD1483">
      <w:pPr>
        <w:pStyle w:val="a"/>
        <w:rPr>
          <w:lang w:eastAsia="ja-JP"/>
        </w:rPr>
      </w:pPr>
      <w:r>
        <w:rPr>
          <w:lang w:eastAsia="ja-JP"/>
        </w:rPr>
        <w:t>暴力団等に利益を供与し、又は暴力団等を利用するなど、社会的に非難されるべき関係を有していません。</w:t>
      </w:r>
    </w:p>
    <w:p w14:paraId="60E7E25E" w14:textId="77777777" w:rsidR="00E646AA" w:rsidRDefault="00DD1483">
      <w:pPr>
        <w:pStyle w:val="a"/>
        <w:rPr>
          <w:lang w:eastAsia="ja-JP"/>
        </w:rPr>
      </w:pPr>
      <w:r>
        <w:rPr>
          <w:lang w:eastAsia="ja-JP"/>
        </w:rPr>
        <w:t>上記の誓約に反する事実が判明した場合、参加資格の取消しその他町が行う措置に異議を申し立てません。</w:t>
      </w:r>
    </w:p>
    <w:p w14:paraId="3AE40A83" w14:textId="3E1BB938" w:rsidR="00E646AA" w:rsidRDefault="00DD1483">
      <w:pPr>
        <w:pStyle w:val="a"/>
        <w:rPr>
          <w:lang w:eastAsia="ja-JP"/>
        </w:rPr>
      </w:pPr>
      <w:r>
        <w:rPr>
          <w:lang w:eastAsia="ja-JP"/>
        </w:rPr>
        <w:t>町が必要と認める場合、関係機関への照会等に協力します。</w:t>
      </w:r>
    </w:p>
    <w:p w14:paraId="489D7DE6" w14:textId="70704D02" w:rsidR="00DD1483" w:rsidRDefault="00DD1483" w:rsidP="00DD1483">
      <w:pPr>
        <w:pStyle w:val="a"/>
        <w:numPr>
          <w:ilvl w:val="0"/>
          <w:numId w:val="0"/>
        </w:numPr>
        <w:rPr>
          <w:lang w:eastAsia="ja-JP"/>
        </w:rPr>
      </w:pPr>
    </w:p>
    <w:p w14:paraId="1F472BA2" w14:textId="77777777" w:rsidR="00DD1483" w:rsidRDefault="00DD1483" w:rsidP="00DD1483">
      <w:pPr>
        <w:pStyle w:val="a"/>
        <w:numPr>
          <w:ilvl w:val="0"/>
          <w:numId w:val="0"/>
        </w:numPr>
        <w:rPr>
          <w:rFonts w:hint="eastAsia"/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27"/>
      </w:tblGrid>
      <w:tr w:rsidR="00DD1483" w:rsidRPr="00021874" w14:paraId="3047EED0" w14:textId="77777777" w:rsidTr="007577CD">
        <w:trPr>
          <w:trHeight w:val="465"/>
        </w:trPr>
        <w:tc>
          <w:tcPr>
            <w:tcW w:w="2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FECDFBB" w14:textId="77777777" w:rsidR="00DD1483" w:rsidRPr="00B51F9B" w:rsidRDefault="00DD1483" w:rsidP="007577C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proofErr w:type="spellStart"/>
            <w:r w:rsidRPr="00DD1483">
              <w:rPr>
                <w:rFonts w:ascii="ＭＳ ゴシック" w:eastAsia="ＭＳ ゴシック" w:hAnsi="ＭＳ ゴシック" w:cs="ＭＳ 明朝" w:hint="eastAsia"/>
                <w:spacing w:val="180"/>
                <w:sz w:val="20"/>
                <w:szCs w:val="20"/>
                <w:fitText w:val="2100" w:id="-360953341"/>
              </w:rPr>
              <w:t>商号又は名</w:t>
            </w:r>
            <w:r w:rsidRPr="00DD1483">
              <w:rPr>
                <w:rFonts w:ascii="ＭＳ ゴシック" w:eastAsia="ＭＳ ゴシック" w:hAnsi="ＭＳ ゴシック" w:cs="ＭＳ 明朝" w:hint="eastAsia"/>
                <w:sz w:val="20"/>
                <w:szCs w:val="20"/>
                <w:fitText w:val="2100" w:id="-360953341"/>
              </w:rPr>
              <w:t>称</w:t>
            </w:r>
            <w:proofErr w:type="spellEnd"/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4FFA73" w14:textId="77777777" w:rsidR="00DD1483" w:rsidRPr="00021874" w:rsidRDefault="00DD1483" w:rsidP="007577CD">
            <w:pPr>
              <w:rPr>
                <w:rFonts w:ascii="ＭＳ 明朝"/>
              </w:rPr>
            </w:pPr>
          </w:p>
        </w:tc>
      </w:tr>
      <w:tr w:rsidR="00DD1483" w:rsidRPr="00021874" w14:paraId="6EA6AF0A" w14:textId="77777777" w:rsidTr="007577CD">
        <w:trPr>
          <w:trHeight w:val="466"/>
        </w:trPr>
        <w:tc>
          <w:tcPr>
            <w:tcW w:w="2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2A15DBB" w14:textId="77777777" w:rsidR="00DD1483" w:rsidRPr="00B51F9B" w:rsidRDefault="00DD1483" w:rsidP="007577C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proofErr w:type="spellStart"/>
            <w:r w:rsidRPr="00DD1483">
              <w:rPr>
                <w:rFonts w:ascii="ＭＳ ゴシック" w:eastAsia="ＭＳ ゴシック" w:hAnsi="ＭＳ ゴシック" w:hint="eastAsia"/>
                <w:spacing w:val="750"/>
                <w:sz w:val="20"/>
                <w:szCs w:val="20"/>
                <w:fitText w:val="2100" w:id="-360953340"/>
              </w:rPr>
              <w:t>所在</w:t>
            </w:r>
            <w:r w:rsidRPr="00DD1483">
              <w:rPr>
                <w:rFonts w:ascii="ＭＳ ゴシック" w:eastAsia="ＭＳ ゴシック" w:hAnsi="ＭＳ ゴシック" w:hint="eastAsia"/>
                <w:sz w:val="20"/>
                <w:szCs w:val="20"/>
                <w:fitText w:val="2100" w:id="-360953340"/>
              </w:rPr>
              <w:t>地</w:t>
            </w:r>
            <w:proofErr w:type="spellEnd"/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5A34E" w14:textId="77777777" w:rsidR="00DD1483" w:rsidRPr="00021874" w:rsidRDefault="00DD1483" w:rsidP="007577CD">
            <w:pPr>
              <w:rPr>
                <w:rFonts w:ascii="ＭＳ 明朝"/>
              </w:rPr>
            </w:pPr>
          </w:p>
        </w:tc>
      </w:tr>
      <w:tr w:rsidR="00DD1483" w:rsidRPr="00021874" w14:paraId="7C4D5868" w14:textId="77777777" w:rsidTr="007577CD">
        <w:trPr>
          <w:trHeight w:val="465"/>
        </w:trPr>
        <w:tc>
          <w:tcPr>
            <w:tcW w:w="2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B960C52" w14:textId="77777777" w:rsidR="00DD1483" w:rsidRPr="00B51F9B" w:rsidRDefault="00DD1483" w:rsidP="007577C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proofErr w:type="spellStart"/>
            <w:r w:rsidRPr="00DD1483">
              <w:rPr>
                <w:rFonts w:ascii="ＭＳ ゴシック" w:eastAsia="ＭＳ ゴシック" w:hAnsi="ＭＳ ゴシック" w:cs="ＭＳ 明朝" w:hint="eastAsia"/>
                <w:spacing w:val="275"/>
                <w:sz w:val="20"/>
                <w:szCs w:val="20"/>
                <w:fitText w:val="2100" w:id="-360953339"/>
              </w:rPr>
              <w:t>代表者氏</w:t>
            </w:r>
            <w:r w:rsidRPr="00DD1483">
              <w:rPr>
                <w:rFonts w:ascii="ＭＳ ゴシック" w:eastAsia="ＭＳ ゴシック" w:hAnsi="ＭＳ ゴシック" w:cs="ＭＳ 明朝" w:hint="eastAsia"/>
                <w:sz w:val="20"/>
                <w:szCs w:val="20"/>
                <w:fitText w:val="2100" w:id="-360953339"/>
              </w:rPr>
              <w:t>名</w:t>
            </w:r>
            <w:proofErr w:type="spellEnd"/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6358AB" w14:textId="6AF9692E" w:rsidR="00DD1483" w:rsidRPr="00021874" w:rsidRDefault="00DD1483" w:rsidP="007577CD">
            <w:pPr>
              <w:rPr>
                <w:rFonts w:ascii="ＭＳ 明朝"/>
              </w:rPr>
            </w:pPr>
            <w:r>
              <w:rPr>
                <w:rFonts w:ascii="ＭＳ 明朝" w:hint="eastAsia"/>
                <w:lang w:eastAsia="ja-JP"/>
              </w:rPr>
              <w:t xml:space="preserve">　　　　　　　　　　　　　　　　　　　　　　　　　　　印</w:t>
            </w:r>
          </w:p>
        </w:tc>
      </w:tr>
    </w:tbl>
    <w:p w14:paraId="5545F9A6" w14:textId="489CB014" w:rsidR="00E646AA" w:rsidRDefault="00E646AA"/>
    <w:sectPr w:rsidR="00E646AA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D1483"/>
    <w:rsid w:val="00E646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0E65C4"/>
  <w14:defaultImageDpi w14:val="300"/>
  <w15:docId w15:val="{73658F92-2F4F-4C30-B5FA-026DA553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hAnsi="游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NCLJ755</cp:lastModifiedBy>
  <cp:revision>2</cp:revision>
  <dcterms:created xsi:type="dcterms:W3CDTF">2013-12-23T23:15:00Z</dcterms:created>
  <dcterms:modified xsi:type="dcterms:W3CDTF">2026-10-15T08:10:00Z</dcterms:modified>
  <cp:category/>
</cp:coreProperties>
</file>